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78F31" w14:textId="77777777" w:rsidR="003E4933" w:rsidRDefault="00093195">
      <w:pPr>
        <w:jc w:val="center"/>
      </w:pPr>
      <w:r>
        <w:rPr>
          <w:b/>
          <w:color w:val="701926"/>
          <w:sz w:val="22"/>
        </w:rPr>
        <w:t>PARISH OF SOUTH YARRA</w:t>
      </w:r>
    </w:p>
    <w:p w14:paraId="0F7D13A2" w14:textId="77777777" w:rsidR="003E4933" w:rsidRDefault="00093195">
      <w:pPr>
        <w:pStyle w:val="Title"/>
        <w:jc w:val="center"/>
      </w:pPr>
      <w:r>
        <w:t>POSITION DESCRIPTION</w:t>
      </w:r>
    </w:p>
    <w:p w14:paraId="4C66F69B" w14:textId="77777777" w:rsidR="003E4933" w:rsidRDefault="00093195">
      <w:pPr>
        <w:jc w:val="center"/>
      </w:pPr>
      <w:r>
        <w:rPr>
          <w:b/>
          <w:sz w:val="28"/>
        </w:rPr>
        <w:t>PASTORAL WORKER</w:t>
      </w:r>
    </w:p>
    <w:p w14:paraId="250F8076" w14:textId="77777777" w:rsidR="003E4933" w:rsidRDefault="00093195">
      <w:pPr>
        <w:pStyle w:val="Heading1"/>
      </w:pPr>
      <w:r>
        <w:t>1. Position Details</w:t>
      </w:r>
    </w:p>
    <w:tbl>
      <w:tblPr>
        <w:tblStyle w:val="TableGrid"/>
        <w:tblW w:w="0" w:type="auto"/>
        <w:jc w:val="center"/>
        <w:tblLook w:val="04A0" w:firstRow="1" w:lastRow="0" w:firstColumn="1" w:lastColumn="0" w:noHBand="0" w:noVBand="1"/>
      </w:tblPr>
      <w:tblGrid>
        <w:gridCol w:w="5035"/>
        <w:gridCol w:w="5035"/>
      </w:tblGrid>
      <w:tr w:rsidR="003E4933" w14:paraId="73E9FD11" w14:textId="77777777">
        <w:trPr>
          <w:jc w:val="center"/>
        </w:trPr>
        <w:tc>
          <w:tcPr>
            <w:tcW w:w="5040" w:type="dxa"/>
            <w:vAlign w:val="center"/>
          </w:tcPr>
          <w:p w14:paraId="5EBFF4C6" w14:textId="77777777" w:rsidR="003E4933" w:rsidRDefault="00093195">
            <w:r>
              <w:rPr>
                <w:b/>
                <w:sz w:val="18"/>
              </w:rPr>
              <w:t>Position Title</w:t>
            </w:r>
          </w:p>
        </w:tc>
        <w:tc>
          <w:tcPr>
            <w:tcW w:w="5040" w:type="dxa"/>
            <w:vAlign w:val="center"/>
          </w:tcPr>
          <w:p w14:paraId="051E3BD5" w14:textId="77777777" w:rsidR="003E4933" w:rsidRDefault="00093195">
            <w:r>
              <w:rPr>
                <w:sz w:val="18"/>
              </w:rPr>
              <w:t>Pastoral Worker</w:t>
            </w:r>
          </w:p>
        </w:tc>
      </w:tr>
      <w:tr w:rsidR="003E4933" w14:paraId="41532B46" w14:textId="77777777">
        <w:trPr>
          <w:jc w:val="center"/>
        </w:trPr>
        <w:tc>
          <w:tcPr>
            <w:tcW w:w="5040" w:type="dxa"/>
          </w:tcPr>
          <w:p w14:paraId="729E7932" w14:textId="77777777" w:rsidR="003E4933" w:rsidRDefault="00093195">
            <w:r>
              <w:rPr>
                <w:b/>
                <w:sz w:val="18"/>
              </w:rPr>
              <w:t>Remuneration</w:t>
            </w:r>
          </w:p>
        </w:tc>
        <w:tc>
          <w:tcPr>
            <w:tcW w:w="5040" w:type="dxa"/>
          </w:tcPr>
          <w:p w14:paraId="449C7577" w14:textId="77777777" w:rsidR="003E4933" w:rsidRDefault="00093195">
            <w:r>
              <w:rPr>
                <w:sz w:val="18"/>
              </w:rPr>
              <w:t>In accordance with the applicable Catholic Archdiocese of Melbourne employment arrangements for Pastoral Workers, commensurate with qualifications and experience.</w:t>
            </w:r>
          </w:p>
        </w:tc>
      </w:tr>
      <w:tr w:rsidR="003E4933" w14:paraId="3E1D2EFA" w14:textId="77777777">
        <w:trPr>
          <w:jc w:val="center"/>
        </w:trPr>
        <w:tc>
          <w:tcPr>
            <w:tcW w:w="5040" w:type="dxa"/>
            <w:vAlign w:val="center"/>
          </w:tcPr>
          <w:p w14:paraId="2EAFFC7D" w14:textId="77777777" w:rsidR="003E4933" w:rsidRDefault="00093195">
            <w:r>
              <w:rPr>
                <w:b/>
                <w:sz w:val="18"/>
              </w:rPr>
              <w:t>Employment Type</w:t>
            </w:r>
          </w:p>
        </w:tc>
        <w:tc>
          <w:tcPr>
            <w:tcW w:w="5040" w:type="dxa"/>
            <w:vAlign w:val="center"/>
          </w:tcPr>
          <w:p w14:paraId="30761C01" w14:textId="77777777" w:rsidR="003E4933" w:rsidRDefault="00093195">
            <w:r>
              <w:rPr>
                <w:sz w:val="18"/>
              </w:rPr>
              <w:t>Permanent Part-Time</w:t>
            </w:r>
          </w:p>
        </w:tc>
      </w:tr>
      <w:tr w:rsidR="003E4933" w14:paraId="302B501F" w14:textId="77777777">
        <w:trPr>
          <w:jc w:val="center"/>
        </w:trPr>
        <w:tc>
          <w:tcPr>
            <w:tcW w:w="5040" w:type="dxa"/>
            <w:vAlign w:val="center"/>
          </w:tcPr>
          <w:p w14:paraId="009FF3C8" w14:textId="77777777" w:rsidR="003E4933" w:rsidRDefault="00093195">
            <w:r>
              <w:rPr>
                <w:b/>
                <w:sz w:val="18"/>
              </w:rPr>
              <w:t>Hours</w:t>
            </w:r>
          </w:p>
        </w:tc>
        <w:tc>
          <w:tcPr>
            <w:tcW w:w="5040" w:type="dxa"/>
            <w:vAlign w:val="center"/>
          </w:tcPr>
          <w:p w14:paraId="1357F3A9" w14:textId="77777777" w:rsidR="003E4933" w:rsidRDefault="00093195">
            <w:r>
              <w:rPr>
                <w:sz w:val="18"/>
              </w:rPr>
              <w:t>24 hours per fortnight</w:t>
            </w:r>
          </w:p>
        </w:tc>
      </w:tr>
      <w:tr w:rsidR="003E4933" w14:paraId="40D2DD41" w14:textId="77777777">
        <w:trPr>
          <w:jc w:val="center"/>
        </w:trPr>
        <w:tc>
          <w:tcPr>
            <w:tcW w:w="5040" w:type="dxa"/>
            <w:vAlign w:val="center"/>
          </w:tcPr>
          <w:p w14:paraId="08AD7D4F" w14:textId="77777777" w:rsidR="003E4933" w:rsidRDefault="00093195">
            <w:r>
              <w:rPr>
                <w:b/>
                <w:sz w:val="18"/>
              </w:rPr>
              <w:t>Location</w:t>
            </w:r>
          </w:p>
        </w:tc>
        <w:tc>
          <w:tcPr>
            <w:tcW w:w="5040" w:type="dxa"/>
            <w:vAlign w:val="center"/>
          </w:tcPr>
          <w:p w14:paraId="02ACF8D6" w14:textId="77777777" w:rsidR="003E4933" w:rsidRDefault="00093195">
            <w:r>
              <w:rPr>
                <w:sz w:val="18"/>
              </w:rPr>
              <w:t>Parish of South Yarra – St Joseph’s and St Thomas Aquinas Churches</w:t>
            </w:r>
          </w:p>
        </w:tc>
      </w:tr>
      <w:tr w:rsidR="003E4933" w14:paraId="115E7E29" w14:textId="77777777">
        <w:trPr>
          <w:jc w:val="center"/>
        </w:trPr>
        <w:tc>
          <w:tcPr>
            <w:tcW w:w="5040" w:type="dxa"/>
            <w:vAlign w:val="center"/>
          </w:tcPr>
          <w:p w14:paraId="747EEEF3" w14:textId="77777777" w:rsidR="003E4933" w:rsidRDefault="00093195">
            <w:r>
              <w:rPr>
                <w:b/>
                <w:sz w:val="18"/>
              </w:rPr>
              <w:t>Reports To</w:t>
            </w:r>
          </w:p>
        </w:tc>
        <w:tc>
          <w:tcPr>
            <w:tcW w:w="5040" w:type="dxa"/>
            <w:vAlign w:val="center"/>
          </w:tcPr>
          <w:p w14:paraId="44A1E1C1" w14:textId="77777777" w:rsidR="003E4933" w:rsidRDefault="00093195">
            <w:r>
              <w:rPr>
                <w:sz w:val="18"/>
              </w:rPr>
              <w:t>Parish Priest</w:t>
            </w:r>
          </w:p>
        </w:tc>
      </w:tr>
      <w:tr w:rsidR="003E4933" w14:paraId="0F5C5D78" w14:textId="77777777">
        <w:trPr>
          <w:jc w:val="center"/>
        </w:trPr>
        <w:tc>
          <w:tcPr>
            <w:tcW w:w="5040" w:type="dxa"/>
            <w:vAlign w:val="center"/>
          </w:tcPr>
          <w:p w14:paraId="711AA496" w14:textId="77777777" w:rsidR="003E4933" w:rsidRDefault="00093195">
            <w:r>
              <w:rPr>
                <w:b/>
                <w:sz w:val="18"/>
              </w:rPr>
              <w:t>Working Arrangements</w:t>
            </w:r>
          </w:p>
        </w:tc>
        <w:tc>
          <w:tcPr>
            <w:tcW w:w="5040" w:type="dxa"/>
            <w:vAlign w:val="center"/>
          </w:tcPr>
          <w:p w14:paraId="26290974" w14:textId="77777777" w:rsidR="003E4933" w:rsidRDefault="00093195">
            <w:r>
              <w:rPr>
                <w:sz w:val="18"/>
              </w:rPr>
              <w:t>Flexible hours by agreement. The role may require up to approximately four (4) hours of work on weekends, depending on parish, liturgical, sacramental and pastoral requirements.</w:t>
            </w:r>
          </w:p>
        </w:tc>
      </w:tr>
    </w:tbl>
    <w:p w14:paraId="657A6C27" w14:textId="77777777" w:rsidR="003E4933" w:rsidRDefault="00093195">
      <w:pPr>
        <w:pStyle w:val="Heading1"/>
      </w:pPr>
      <w:r>
        <w:t>2. Position Purpose</w:t>
      </w:r>
    </w:p>
    <w:p w14:paraId="249410C7" w14:textId="77777777" w:rsidR="003E4933" w:rsidRDefault="00093195">
      <w:r>
        <w:t>The Pastoral Worker supports the pastoral, liturgical, sacramental and community life of the Parish of South Yarra, under the pastoral care of the Augustinians. Working collaboratively with the Parish Priest, parish staff, volunteers and parishioners, the role helps foster an inclusive, welcoming and faith-filled parish community consistent with the Catholic ethos and Augustinian character of the Parish.</w:t>
      </w:r>
    </w:p>
    <w:p w14:paraId="5F545864" w14:textId="77777777" w:rsidR="003E4933" w:rsidRDefault="00093195">
      <w:r>
        <w:t>The position combines pastoral ministry, liturgical and sacramental coordination, parish engagement and associated administrative responsibilities.</w:t>
      </w:r>
    </w:p>
    <w:p w14:paraId="41CFD3B6" w14:textId="77777777" w:rsidR="003E4933" w:rsidRDefault="00093195">
      <w:pPr>
        <w:pStyle w:val="Heading1"/>
      </w:pPr>
      <w:r>
        <w:t>3. Key Responsibilities</w:t>
      </w:r>
    </w:p>
    <w:p w14:paraId="5CF9CFB9" w14:textId="77777777" w:rsidR="003E4933" w:rsidRDefault="00093195">
      <w:pPr>
        <w:pStyle w:val="Heading2"/>
      </w:pPr>
      <w:r>
        <w:t>3.1 Pastoral Care and Visitation</w:t>
      </w:r>
    </w:p>
    <w:p w14:paraId="76A2C78B" w14:textId="77777777" w:rsidR="003E4933" w:rsidRDefault="00093195">
      <w:pPr>
        <w:pStyle w:val="ListBullet"/>
        <w:spacing w:after="20"/>
        <w:ind w:left="259" w:hanging="173"/>
      </w:pPr>
      <w:r>
        <w:t>Visit housebound, elderly and other parishioners requiring pastoral support, including arranging or providing Holy Communion where appropriate.</w:t>
      </w:r>
    </w:p>
    <w:p w14:paraId="5DCE0971" w14:textId="77777777" w:rsidR="003E4933" w:rsidRDefault="00093195">
      <w:pPr>
        <w:pStyle w:val="ListBullet"/>
        <w:spacing w:after="20"/>
        <w:ind w:left="259" w:hanging="173"/>
      </w:pPr>
      <w:r>
        <w:t>In consultation with the Parish Priest, assist in coordinating pastoral care for parishioners residing in aged-care facilities.</w:t>
      </w:r>
    </w:p>
    <w:p w14:paraId="444D2E42" w14:textId="77777777" w:rsidR="003E4933" w:rsidRDefault="00093195">
      <w:pPr>
        <w:pStyle w:val="ListBullet"/>
        <w:spacing w:after="20"/>
        <w:ind w:left="259" w:hanging="173"/>
      </w:pPr>
      <w:r>
        <w:t>Maintain appropriate contact and records relating to Catholic residents receiving parish pastoral care.</w:t>
      </w:r>
    </w:p>
    <w:p w14:paraId="5FF47DA1" w14:textId="77777777" w:rsidR="003E4933" w:rsidRDefault="00093195">
      <w:pPr>
        <w:pStyle w:val="ListBullet"/>
        <w:spacing w:after="20"/>
        <w:ind w:left="259" w:hanging="173"/>
      </w:pPr>
      <w:r>
        <w:t>Provide pastoral support to families experiencing bereavement and assist with parish responses following the death of a parishioner.</w:t>
      </w:r>
    </w:p>
    <w:p w14:paraId="418479A8" w14:textId="77777777" w:rsidR="003E4933" w:rsidRDefault="00093195">
      <w:pPr>
        <w:pStyle w:val="ListBullet"/>
        <w:spacing w:after="20"/>
        <w:ind w:left="259" w:hanging="173"/>
      </w:pPr>
      <w:r>
        <w:t>Visit and maintain contact with parishioners where appropriate to foster a sense of belonging and connection with the Parish.</w:t>
      </w:r>
    </w:p>
    <w:p w14:paraId="123BF8A7" w14:textId="77777777" w:rsidR="003E4933" w:rsidRDefault="00093195">
      <w:pPr>
        <w:pStyle w:val="Heading2"/>
      </w:pPr>
      <w:r>
        <w:t>3.2 Liturgy and Worship</w:t>
      </w:r>
    </w:p>
    <w:p w14:paraId="21BED13F" w14:textId="77777777" w:rsidR="003E4933" w:rsidRDefault="00093195">
      <w:pPr>
        <w:pStyle w:val="ListBullet"/>
        <w:spacing w:after="20"/>
        <w:ind w:left="259" w:hanging="173"/>
      </w:pPr>
      <w:r>
        <w:t>Attend and actively participate in Parish Liturgy Meetings.</w:t>
      </w:r>
    </w:p>
    <w:p w14:paraId="306E28AB" w14:textId="77777777" w:rsidR="003E4933" w:rsidRDefault="00093195">
      <w:pPr>
        <w:pStyle w:val="ListBullet"/>
        <w:spacing w:after="20"/>
        <w:ind w:left="259" w:hanging="173"/>
      </w:pPr>
      <w:r>
        <w:t>Assist the Parish Priest and Liturgy Team in preparing parish liturgies and significant celebrations throughout the liturgical year.</w:t>
      </w:r>
    </w:p>
    <w:p w14:paraId="0D1AE63D" w14:textId="77777777" w:rsidR="003E4933" w:rsidRDefault="00093195">
      <w:pPr>
        <w:pStyle w:val="ListBullet"/>
        <w:spacing w:after="20"/>
        <w:ind w:left="259" w:hanging="173"/>
      </w:pPr>
      <w:r>
        <w:t>Assist with the preparation and coordination of liturgical ministries and rosters, including Lectors/Readers, Commentators, Extraordinary Ministers of Holy Communion and Ministers of Welcome.</w:t>
      </w:r>
    </w:p>
    <w:p w14:paraId="5BFF7BE3" w14:textId="77777777" w:rsidR="003E4933" w:rsidRDefault="00093195">
      <w:pPr>
        <w:pStyle w:val="ListBullet"/>
        <w:spacing w:after="20"/>
        <w:ind w:left="259" w:hanging="173"/>
      </w:pPr>
      <w:r>
        <w:t>Assist with special rosters and arrangements for major celebrations, including Christmas and the Easter Triduum.</w:t>
      </w:r>
    </w:p>
    <w:p w14:paraId="7340A979" w14:textId="77777777" w:rsidR="003E4933" w:rsidRDefault="00093195">
      <w:pPr>
        <w:pStyle w:val="ListBullet"/>
        <w:spacing w:after="20"/>
        <w:ind w:left="259" w:hanging="173"/>
      </w:pPr>
      <w:r>
        <w:t>Liaise with parish staff, ministers and volunteers regarding liturgical requirements as necessary.</w:t>
      </w:r>
    </w:p>
    <w:p w14:paraId="12B28A62" w14:textId="77777777" w:rsidR="003E4933" w:rsidRDefault="00093195">
      <w:pPr>
        <w:pStyle w:val="Heading2"/>
      </w:pPr>
      <w:r>
        <w:t>3.3 Sacramental and Faith Formation Programs</w:t>
      </w:r>
    </w:p>
    <w:p w14:paraId="66739C27" w14:textId="77777777" w:rsidR="003E4933" w:rsidRDefault="00093195">
      <w:pPr>
        <w:pStyle w:val="ListBullet"/>
        <w:spacing w:after="20"/>
        <w:ind w:left="259" w:hanging="173"/>
      </w:pPr>
      <w:r>
        <w:t>In conjunction with the Parish Priest and relevant parish teams, assist with the coordination and delivery of parish sacramental programs.</w:t>
      </w:r>
    </w:p>
    <w:p w14:paraId="7C3A7A1A" w14:textId="77777777" w:rsidR="003E4933" w:rsidRDefault="00093195">
      <w:pPr>
        <w:pStyle w:val="ListBullet"/>
        <w:spacing w:after="20"/>
        <w:ind w:left="259" w:hanging="173"/>
      </w:pPr>
      <w:r>
        <w:t>Assist with the Rite of Christian Initiation of Adults (RCIA) and maintain appropriate contact with participants and those received into the Church.</w:t>
      </w:r>
    </w:p>
    <w:p w14:paraId="6A6B33E6" w14:textId="77777777" w:rsidR="003E4933" w:rsidRDefault="00093195">
      <w:pPr>
        <w:pStyle w:val="ListBullet"/>
        <w:spacing w:after="20"/>
        <w:ind w:left="259" w:hanging="173"/>
      </w:pPr>
      <w:r>
        <w:t>Assist with the coordination and administration of the Children’s Sacramental Program.</w:t>
      </w:r>
    </w:p>
    <w:p w14:paraId="2DB2F385" w14:textId="77777777" w:rsidR="003E4933" w:rsidRDefault="00093195">
      <w:pPr>
        <w:pStyle w:val="ListBullet"/>
        <w:spacing w:after="20"/>
        <w:ind w:left="259" w:hanging="173"/>
      </w:pPr>
      <w:r>
        <w:t>Support other faith formation and evangelisation activities of the Parish as required.</w:t>
      </w:r>
    </w:p>
    <w:p w14:paraId="4534FD8C" w14:textId="77777777" w:rsidR="003E4933" w:rsidRDefault="00093195">
      <w:pPr>
        <w:pStyle w:val="Heading2"/>
      </w:pPr>
      <w:r>
        <w:lastRenderedPageBreak/>
        <w:t>3.4 Parish Community and Pastoral Engagement</w:t>
      </w:r>
    </w:p>
    <w:p w14:paraId="1CEFC199" w14:textId="77777777" w:rsidR="003E4933" w:rsidRDefault="00093195">
      <w:pPr>
        <w:pStyle w:val="ListBullet"/>
        <w:spacing w:after="20"/>
        <w:ind w:left="259" w:hanging="173"/>
      </w:pPr>
      <w:r>
        <w:t>Assist in welcoming and integrating new parishioners into parish life.</w:t>
      </w:r>
    </w:p>
    <w:p w14:paraId="34E2C6FA" w14:textId="77777777" w:rsidR="003E4933" w:rsidRDefault="00093195">
      <w:pPr>
        <w:pStyle w:val="ListBullet"/>
        <w:spacing w:after="20"/>
        <w:ind w:left="259" w:hanging="173"/>
      </w:pPr>
      <w:r>
        <w:t>Encourage parishioner participation in ministries, activities and community events.</w:t>
      </w:r>
    </w:p>
    <w:p w14:paraId="7AF827BA" w14:textId="77777777" w:rsidR="003E4933" w:rsidRDefault="00093195">
      <w:pPr>
        <w:pStyle w:val="ListBullet"/>
        <w:spacing w:after="20"/>
        <w:ind w:left="259" w:hanging="173"/>
      </w:pPr>
      <w:r>
        <w:t>Support parish volunteers engaged in pastoral, liturgical and sacramental ministries.</w:t>
      </w:r>
    </w:p>
    <w:p w14:paraId="1D1912A4" w14:textId="77777777" w:rsidR="003E4933" w:rsidRDefault="00093195">
      <w:pPr>
        <w:pStyle w:val="ListBullet"/>
        <w:spacing w:after="20"/>
        <w:ind w:left="259" w:hanging="173"/>
      </w:pPr>
      <w:r>
        <w:t>Participate in ecumenical activities from time to time as appropriate.</w:t>
      </w:r>
    </w:p>
    <w:p w14:paraId="65ECF205" w14:textId="77777777" w:rsidR="003E4933" w:rsidRDefault="00093195">
      <w:pPr>
        <w:pStyle w:val="ListBullet"/>
        <w:spacing w:after="20"/>
        <w:ind w:left="259" w:hanging="173"/>
      </w:pPr>
      <w:r>
        <w:t>Attend Parish Pastoral Council meetings as required.</w:t>
      </w:r>
    </w:p>
    <w:p w14:paraId="4E0D9EDB" w14:textId="77777777" w:rsidR="003E4933" w:rsidRDefault="00093195">
      <w:pPr>
        <w:pStyle w:val="ListBullet"/>
        <w:spacing w:after="20"/>
        <w:ind w:left="259" w:hanging="173"/>
      </w:pPr>
      <w:r>
        <w:t>Work collaboratively with the Parish Priest, parish staff and volunteers in supporting the overall pastoral mission of the Parish.</w:t>
      </w:r>
    </w:p>
    <w:p w14:paraId="7B9406C1" w14:textId="77777777" w:rsidR="003E4933" w:rsidRDefault="00093195">
      <w:pPr>
        <w:pStyle w:val="Heading2"/>
      </w:pPr>
      <w:r>
        <w:t>3.5 Safeguarding</w:t>
      </w:r>
    </w:p>
    <w:p w14:paraId="78D41A16" w14:textId="77777777" w:rsidR="003E4933" w:rsidRDefault="00093195">
      <w:pPr>
        <w:pStyle w:val="ListBullet"/>
        <w:spacing w:after="20"/>
        <w:ind w:left="259" w:hanging="173"/>
      </w:pPr>
      <w:r>
        <w:t>Support the Parish in maintaining a safe environment for children, young people and vulnerable adults.</w:t>
      </w:r>
    </w:p>
    <w:p w14:paraId="7BF9C77B" w14:textId="77777777" w:rsidR="003E4933" w:rsidRDefault="00093195">
      <w:pPr>
        <w:pStyle w:val="ListBullet"/>
        <w:spacing w:after="20"/>
        <w:ind w:left="259" w:hanging="173"/>
      </w:pPr>
      <w:r>
        <w:t>Assist with parish safeguarding requirements, including relevant documentation, communication and compliance activities.</w:t>
      </w:r>
    </w:p>
    <w:p w14:paraId="3866C5E0" w14:textId="77777777" w:rsidR="003E4933" w:rsidRDefault="00093195">
      <w:pPr>
        <w:pStyle w:val="ListBullet"/>
        <w:spacing w:after="20"/>
        <w:ind w:left="259" w:hanging="173"/>
      </w:pPr>
      <w:r>
        <w:t>Promote awareness of and adherence to applicable Archdiocesan and parish safeguarding policies, procedures and codes of conduct.</w:t>
      </w:r>
    </w:p>
    <w:p w14:paraId="59C1F685" w14:textId="77777777" w:rsidR="003E4933" w:rsidRDefault="00093195">
      <w:pPr>
        <w:pStyle w:val="ListBullet"/>
        <w:spacing w:after="20"/>
        <w:ind w:left="259" w:hanging="173"/>
      </w:pPr>
      <w:r>
        <w:t>Work collaboratively with the Parish Priest, parish staff and relevant safeguarding personnel on safeguarding matters.</w:t>
      </w:r>
    </w:p>
    <w:p w14:paraId="011B257C" w14:textId="77777777" w:rsidR="003E4933" w:rsidRDefault="00093195">
      <w:pPr>
        <w:pStyle w:val="Heading2"/>
      </w:pPr>
      <w:r>
        <w:t>3.6 Music Copyright and Reporting</w:t>
      </w:r>
    </w:p>
    <w:p w14:paraId="0979BF5F" w14:textId="77777777" w:rsidR="003E4933" w:rsidRDefault="00093195">
      <w:pPr>
        <w:pStyle w:val="ListBullet"/>
        <w:spacing w:after="20"/>
        <w:ind w:left="259" w:hanging="173"/>
      </w:pPr>
      <w:r>
        <w:t>Coordinate and/or complete required music copyright reporting for parish liturgical and related use.</w:t>
      </w:r>
    </w:p>
    <w:p w14:paraId="1EAF5145" w14:textId="77777777" w:rsidR="003E4933" w:rsidRDefault="00093195">
      <w:pPr>
        <w:pStyle w:val="ListBullet"/>
        <w:spacing w:after="20"/>
        <w:ind w:left="259" w:hanging="173"/>
      </w:pPr>
      <w:r>
        <w:t>Maintain appropriate records relating to music used within parish celebrations.</w:t>
      </w:r>
    </w:p>
    <w:p w14:paraId="46CD740F" w14:textId="77777777" w:rsidR="003E4933" w:rsidRDefault="00093195">
      <w:pPr>
        <w:pStyle w:val="ListBullet"/>
        <w:spacing w:after="20"/>
        <w:ind w:left="259" w:hanging="173"/>
      </w:pPr>
      <w:r>
        <w:t>Liaise with musicians, liturgy personnel and parish staff as required to facilitate accurate reporting.</w:t>
      </w:r>
    </w:p>
    <w:p w14:paraId="52EA372E" w14:textId="77777777" w:rsidR="003E4933" w:rsidRDefault="00093195">
      <w:pPr>
        <w:pStyle w:val="Heading2"/>
      </w:pPr>
      <w:r>
        <w:t>3.7 Administration and Record Keeping</w:t>
      </w:r>
    </w:p>
    <w:p w14:paraId="7E53CC0E" w14:textId="77777777" w:rsidR="003E4933" w:rsidRDefault="00093195">
      <w:pPr>
        <w:pStyle w:val="ListBullet"/>
        <w:spacing w:after="20"/>
        <w:ind w:left="259" w:hanging="173"/>
      </w:pPr>
      <w:r>
        <w:t>Maintain appropriate pastoral and ministry records in accordance with parish requirements and privacy obligations.</w:t>
      </w:r>
    </w:p>
    <w:p w14:paraId="6FC827F3" w14:textId="77777777" w:rsidR="003E4933" w:rsidRDefault="00093195">
      <w:pPr>
        <w:pStyle w:val="ListBullet"/>
        <w:spacing w:after="20"/>
        <w:ind w:left="259" w:hanging="173"/>
      </w:pPr>
      <w:r>
        <w:t>Assist with reports relating to parish pastoral activities where required.</w:t>
      </w:r>
    </w:p>
    <w:p w14:paraId="6CB180A6" w14:textId="77777777" w:rsidR="003E4933" w:rsidRDefault="00093195">
      <w:pPr>
        <w:pStyle w:val="ListBullet"/>
        <w:spacing w:after="20"/>
        <w:ind w:left="259" w:hanging="173"/>
      </w:pPr>
      <w:r>
        <w:t>Assist with correspondence, records and administrative activities associated with the pastoral, sacramental and liturgical responsibilities of the position.</w:t>
      </w:r>
    </w:p>
    <w:p w14:paraId="70A14561" w14:textId="77777777" w:rsidR="003E4933" w:rsidRDefault="00093195">
      <w:pPr>
        <w:pStyle w:val="ListBullet"/>
        <w:spacing w:after="20"/>
        <w:ind w:left="259" w:hanging="173"/>
      </w:pPr>
      <w:r>
        <w:t>Assist with grant applications and other parish reporting where appropriate.</w:t>
      </w:r>
    </w:p>
    <w:p w14:paraId="75EF9BC9" w14:textId="77777777" w:rsidR="003E4933" w:rsidRDefault="00093195">
      <w:pPr>
        <w:pStyle w:val="Heading2"/>
      </w:pPr>
      <w:r>
        <w:t>3.8 Other Duties</w:t>
      </w:r>
    </w:p>
    <w:p w14:paraId="04387079" w14:textId="77777777" w:rsidR="003E4933" w:rsidRDefault="00093195">
      <w:pPr>
        <w:pStyle w:val="ListBullet"/>
        <w:spacing w:after="20"/>
        <w:ind w:left="259" w:hanging="173"/>
      </w:pPr>
      <w:r>
        <w:t>Attend relevant parish staff and team meetings as required.</w:t>
      </w:r>
    </w:p>
    <w:p w14:paraId="043F8E94" w14:textId="77777777" w:rsidR="003E4933" w:rsidRDefault="00093195">
      <w:pPr>
        <w:pStyle w:val="ListBullet"/>
        <w:spacing w:after="20"/>
        <w:ind w:left="259" w:hanging="173"/>
      </w:pPr>
      <w:r>
        <w:t>Undertake other reasonable pastoral duties consistent with the nature and hours of the position at the direction of the Parish Priest.</w:t>
      </w:r>
    </w:p>
    <w:p w14:paraId="154D7539" w14:textId="77777777" w:rsidR="003E4933" w:rsidRDefault="00093195">
      <w:pPr>
        <w:pStyle w:val="Heading1"/>
      </w:pPr>
      <w:r>
        <w:t>4. Selection Criteria</w:t>
      </w:r>
    </w:p>
    <w:p w14:paraId="5796BAB0" w14:textId="77777777" w:rsidR="003E4933" w:rsidRDefault="00093195">
      <w:pPr>
        <w:pStyle w:val="ListBullet"/>
        <w:spacing w:after="20"/>
        <w:ind w:left="259" w:hanging="173"/>
      </w:pPr>
      <w:r>
        <w:t>Experience, formation and/or training in Catholic pastoral ministry, theology, faith formation or a related area.</w:t>
      </w:r>
    </w:p>
    <w:p w14:paraId="4C84C781" w14:textId="77777777" w:rsidR="003E4933" w:rsidRDefault="00093195">
      <w:pPr>
        <w:pStyle w:val="ListBullet"/>
        <w:spacing w:after="20"/>
        <w:ind w:left="259" w:hanging="173"/>
      </w:pPr>
      <w:r>
        <w:t>A demonstrated understanding of and commitment to the teachings, mission and values of the Catholic Church.</w:t>
      </w:r>
    </w:p>
    <w:p w14:paraId="1CE68A57" w14:textId="77777777" w:rsidR="003E4933" w:rsidRDefault="00093195">
      <w:pPr>
        <w:pStyle w:val="ListBullet"/>
        <w:spacing w:after="20"/>
        <w:ind w:left="259" w:hanging="173"/>
      </w:pPr>
      <w:r>
        <w:t>A willingness to develop and deepen personal spirituality and to support the Catholic and Augustinian ethos and character of the Parish.</w:t>
      </w:r>
    </w:p>
    <w:p w14:paraId="5355E35A" w14:textId="77777777" w:rsidR="003E4933" w:rsidRDefault="00093195">
      <w:pPr>
        <w:pStyle w:val="ListBullet"/>
        <w:spacing w:after="20"/>
        <w:ind w:left="259" w:hanging="173"/>
      </w:pPr>
      <w:r>
        <w:t>Strong interpersonal and pastoral skills, with the ability to relate sensitively and respectfully to people from diverse backgrounds and circumstances.</w:t>
      </w:r>
    </w:p>
    <w:p w14:paraId="20FFD2EE" w14:textId="77777777" w:rsidR="003E4933" w:rsidRDefault="00093195">
      <w:pPr>
        <w:pStyle w:val="ListBullet"/>
        <w:spacing w:after="20"/>
        <w:ind w:left="259" w:hanging="173"/>
      </w:pPr>
      <w:r>
        <w:t>A compassionate approach when supporting people experiencing illness, bereavement, isolation or other difficult circumstances.</w:t>
      </w:r>
    </w:p>
    <w:p w14:paraId="114BC922" w14:textId="77777777" w:rsidR="003E4933" w:rsidRDefault="00093195">
      <w:pPr>
        <w:pStyle w:val="ListBullet"/>
        <w:spacing w:after="20"/>
        <w:ind w:left="259" w:hanging="173"/>
      </w:pPr>
      <w:r>
        <w:t>Strong organisational, written and verbal communication skills.</w:t>
      </w:r>
    </w:p>
    <w:p w14:paraId="236FDA92" w14:textId="77777777" w:rsidR="003E4933" w:rsidRDefault="00093195">
      <w:pPr>
        <w:pStyle w:val="ListBullet"/>
        <w:spacing w:after="20"/>
        <w:ind w:left="259" w:hanging="173"/>
      </w:pPr>
      <w:r>
        <w:t>Ability to work independently, exercise initiative and also work collaboratively as part of a parish team.</w:t>
      </w:r>
    </w:p>
    <w:p w14:paraId="1520D5E1" w14:textId="77777777" w:rsidR="003E4933" w:rsidRDefault="00093195">
      <w:pPr>
        <w:pStyle w:val="ListBullet"/>
        <w:spacing w:after="20"/>
        <w:ind w:left="259" w:hanging="173"/>
      </w:pPr>
      <w:r>
        <w:t>Experience working with parishioners, volunteers and community groups.</w:t>
      </w:r>
    </w:p>
    <w:p w14:paraId="27B9CD1D" w14:textId="77777777" w:rsidR="003E4933" w:rsidRDefault="00093195">
      <w:pPr>
        <w:pStyle w:val="ListBullet"/>
        <w:spacing w:after="20"/>
        <w:ind w:left="259" w:hanging="173"/>
      </w:pPr>
      <w:r>
        <w:t>Appropriate administrative and computer skills.</w:t>
      </w:r>
    </w:p>
    <w:p w14:paraId="1DFEAA1A" w14:textId="77777777" w:rsidR="003E4933" w:rsidRDefault="00093195">
      <w:pPr>
        <w:pStyle w:val="ListBullet"/>
        <w:spacing w:after="20"/>
        <w:ind w:left="259" w:hanging="173"/>
      </w:pPr>
      <w:r>
        <w:t>An understanding of safeguarding responsibilities within a parish environment.</w:t>
      </w:r>
    </w:p>
    <w:p w14:paraId="4DD075BF" w14:textId="77777777" w:rsidR="003E4933" w:rsidRDefault="00093195">
      <w:pPr>
        <w:pStyle w:val="ListBullet"/>
        <w:spacing w:after="20"/>
        <w:ind w:left="259" w:hanging="173"/>
      </w:pPr>
      <w:r>
        <w:t>Flexibility to work some evenings and weekends according to parish pastoral and liturgical needs.</w:t>
      </w:r>
    </w:p>
    <w:p w14:paraId="5141F31B" w14:textId="77777777" w:rsidR="003E4933" w:rsidRDefault="00093195">
      <w:pPr>
        <w:pStyle w:val="Heading1"/>
      </w:pPr>
      <w:r>
        <w:t>5. Employment Requirements</w:t>
      </w:r>
    </w:p>
    <w:p w14:paraId="6A184107" w14:textId="77777777" w:rsidR="003E4933" w:rsidRDefault="00093195">
      <w:pPr>
        <w:pStyle w:val="ListBullet"/>
        <w:spacing w:after="20"/>
        <w:ind w:left="259" w:hanging="173"/>
      </w:pPr>
      <w:r>
        <w:t>Australian permanent residency, Australian citizenship, or otherwise unrestricted/full working rights in Australia.</w:t>
      </w:r>
    </w:p>
    <w:p w14:paraId="3F838ACD" w14:textId="77777777" w:rsidR="003E4933" w:rsidRDefault="00093195">
      <w:pPr>
        <w:pStyle w:val="ListBullet"/>
        <w:spacing w:after="20"/>
        <w:ind w:left="259" w:hanging="173"/>
      </w:pPr>
      <w:r>
        <w:t>Current Working with Children Check appropriate for employment, or ability to obtain and maintain one prior to commencement.</w:t>
      </w:r>
    </w:p>
    <w:p w14:paraId="3470AB79" w14:textId="77777777" w:rsidR="003E4933" w:rsidRDefault="00093195">
      <w:pPr>
        <w:pStyle w:val="ListBullet"/>
        <w:spacing w:after="20"/>
        <w:ind w:left="259" w:hanging="173"/>
      </w:pPr>
      <w:r>
        <w:t>Satisfactory Police Check and any other screening requirements applicable to the position.</w:t>
      </w:r>
    </w:p>
    <w:p w14:paraId="616F01FE" w14:textId="77777777" w:rsidR="003E4933" w:rsidRDefault="00093195">
      <w:pPr>
        <w:pStyle w:val="ListBullet"/>
        <w:spacing w:after="20"/>
        <w:ind w:left="259" w:hanging="173"/>
      </w:pPr>
      <w:r>
        <w:t>Compliance with safeguarding policies, procedures and codes of conduct applicable to the Parish and the Catholic Archdiocese of Melbourne.</w:t>
      </w:r>
    </w:p>
    <w:p w14:paraId="7AAC6096" w14:textId="77777777" w:rsidR="003E4933" w:rsidRDefault="00093195">
      <w:pPr>
        <w:pStyle w:val="ListBullet"/>
        <w:spacing w:after="20"/>
        <w:ind w:left="259" w:hanging="173"/>
      </w:pPr>
      <w:r>
        <w:t>Willingness and ability to work flexible hours, including some evenings and weekends as required.</w:t>
      </w:r>
    </w:p>
    <w:p w14:paraId="4202493D" w14:textId="77777777" w:rsidR="003E4933" w:rsidRDefault="00093195">
      <w:pPr>
        <w:pStyle w:val="ListBullet"/>
        <w:spacing w:after="20"/>
        <w:ind w:left="259" w:hanging="173"/>
      </w:pPr>
      <w:r>
        <w:t>Commitment to maintaining appropriate confidentiality and privacy in relation to parishioners and pastoral matters.</w:t>
      </w:r>
    </w:p>
    <w:p w14:paraId="6CC06E9E" w14:textId="77777777" w:rsidR="003E4933" w:rsidRDefault="00093195">
      <w:pPr>
        <w:pStyle w:val="Heading1"/>
      </w:pPr>
      <w:r>
        <w:lastRenderedPageBreak/>
        <w:t>6. Hours of Work</w:t>
      </w:r>
    </w:p>
    <w:p w14:paraId="2D608BDA" w14:textId="77777777" w:rsidR="003E4933" w:rsidRDefault="00093195">
      <w:r>
        <w:t>This is a permanent part-time position of 24 hours per fortnight. Working hours will be flexible and arranged in consultation with the Parish Priest, taking into account parish activities, pastoral requirements and the needs of the successful applicant. The position requires some flexibility outside normal office hours and may require up to approximately four (4) hours of work on weekends.</w:t>
      </w:r>
    </w:p>
    <w:p w14:paraId="6BE1E5C3" w14:textId="77777777" w:rsidR="003E4933" w:rsidRDefault="003E4933"/>
    <w:p w14:paraId="54385330" w14:textId="77777777" w:rsidR="003E4933" w:rsidRDefault="00093195">
      <w:pPr>
        <w:jc w:val="center"/>
      </w:pPr>
      <w:r>
        <w:rPr>
          <w:b/>
          <w:color w:val="701926"/>
          <w:sz w:val="18"/>
        </w:rPr>
        <w:t>Parish of South Yarra</w:t>
      </w:r>
    </w:p>
    <w:sectPr w:rsidR="003E4933" w:rsidSect="00034616">
      <w:headerReference w:type="default" r:id="rId8"/>
      <w:footerReference w:type="default" r:id="rId9"/>
      <w:pgSz w:w="12240" w:h="15840"/>
      <w:pgMar w:top="864"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DB17B" w14:textId="77777777" w:rsidR="00093195" w:rsidRDefault="00093195">
      <w:pPr>
        <w:spacing w:after="0"/>
      </w:pPr>
      <w:r>
        <w:separator/>
      </w:r>
    </w:p>
  </w:endnote>
  <w:endnote w:type="continuationSeparator" w:id="0">
    <w:p w14:paraId="4D332C7C" w14:textId="77777777" w:rsidR="00093195" w:rsidRDefault="000931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9A49" w14:textId="77777777" w:rsidR="003E4933" w:rsidRDefault="00093195">
    <w:pPr>
      <w:pStyle w:val="Footer"/>
      <w:jc w:val="center"/>
    </w:pPr>
    <w:r>
      <w:rPr>
        <w:color w:val="646464"/>
        <w:sz w:val="16"/>
      </w:rPr>
      <w:t>Pastoral Worker Position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6D21C" w14:textId="77777777" w:rsidR="00093195" w:rsidRDefault="00093195">
      <w:pPr>
        <w:spacing w:after="0"/>
      </w:pPr>
      <w:r>
        <w:separator/>
      </w:r>
    </w:p>
  </w:footnote>
  <w:footnote w:type="continuationSeparator" w:id="0">
    <w:p w14:paraId="340BB8AD" w14:textId="77777777" w:rsidR="00093195" w:rsidRDefault="0009319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2892" w14:textId="77777777" w:rsidR="003E4933" w:rsidRDefault="00093195">
    <w:pPr>
      <w:pStyle w:val="Header"/>
      <w:jc w:val="right"/>
    </w:pPr>
    <w:r>
      <w:rPr>
        <w:b/>
        <w:color w:val="701926"/>
        <w:sz w:val="18"/>
      </w:rPr>
      <w:t>PARISH OF SOUTH YARRA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4362863">
    <w:abstractNumId w:val="8"/>
  </w:num>
  <w:num w:numId="2" w16cid:durableId="1215892301">
    <w:abstractNumId w:val="6"/>
  </w:num>
  <w:num w:numId="3" w16cid:durableId="500396326">
    <w:abstractNumId w:val="5"/>
  </w:num>
  <w:num w:numId="4" w16cid:durableId="772241568">
    <w:abstractNumId w:val="4"/>
  </w:num>
  <w:num w:numId="5" w16cid:durableId="1699117922">
    <w:abstractNumId w:val="7"/>
  </w:num>
  <w:num w:numId="6" w16cid:durableId="167141989">
    <w:abstractNumId w:val="3"/>
  </w:num>
  <w:num w:numId="7" w16cid:durableId="250244301">
    <w:abstractNumId w:val="2"/>
  </w:num>
  <w:num w:numId="8" w16cid:durableId="649796665">
    <w:abstractNumId w:val="1"/>
  </w:num>
  <w:num w:numId="9" w16cid:durableId="1614051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3195"/>
    <w:rsid w:val="0015074B"/>
    <w:rsid w:val="0029639D"/>
    <w:rsid w:val="00326F90"/>
    <w:rsid w:val="003E4933"/>
    <w:rsid w:val="00AA1D8D"/>
    <w:rsid w:val="00B47730"/>
    <w:rsid w:val="00B5200F"/>
    <w:rsid w:val="00B824B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66E669"/>
  <w14:defaultImageDpi w14:val="300"/>
  <w15:docId w15:val="{FCEE964B-EE8A-4837-A055-B3A0F2D7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ptos" w:hAnsi="Aptos"/>
      <w:sz w:val="19"/>
    </w:rPr>
  </w:style>
  <w:style w:type="paragraph" w:styleId="Heading1">
    <w:name w:val="heading 1"/>
    <w:basedOn w:val="Normal"/>
    <w:next w:val="Normal"/>
    <w:link w:val="Heading1Char"/>
    <w:uiPriority w:val="9"/>
    <w:qFormat/>
    <w:rsid w:val="00FC693F"/>
    <w:pPr>
      <w:keepNext/>
      <w:keepLines/>
      <w:spacing w:before="140"/>
      <w:outlineLvl w:val="0"/>
    </w:pPr>
    <w:rPr>
      <w:rFonts w:asciiTheme="majorHAnsi" w:eastAsiaTheme="majorEastAsia" w:hAnsiTheme="majorHAnsi" w:cstheme="majorBidi"/>
      <w:b/>
      <w:bCs/>
      <w:color w:val="701926"/>
      <w:sz w:val="26"/>
      <w:szCs w:val="28"/>
    </w:rPr>
  </w:style>
  <w:style w:type="paragraph" w:styleId="Heading2">
    <w:name w:val="heading 2"/>
    <w:basedOn w:val="Normal"/>
    <w:next w:val="Normal"/>
    <w:link w:val="Heading2Char"/>
    <w:uiPriority w:val="9"/>
    <w:unhideWhenUsed/>
    <w:qFormat/>
    <w:rsid w:val="00FC693F"/>
    <w:pPr>
      <w:keepNext/>
      <w:keepLines/>
      <w:spacing w:before="80" w:after="20"/>
      <w:outlineLvl w:val="1"/>
    </w:pPr>
    <w:rPr>
      <w:rFonts w:asciiTheme="majorHAnsi" w:eastAsiaTheme="majorEastAsia" w:hAnsiTheme="majorHAnsi" w:cstheme="majorBidi"/>
      <w:b/>
      <w:bCs/>
      <w:color w:val="701926"/>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701926"/>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Business Manager</cp:lastModifiedBy>
  <cp:revision>2</cp:revision>
  <dcterms:created xsi:type="dcterms:W3CDTF">2026-09-03T01:59:00Z</dcterms:created>
  <dcterms:modified xsi:type="dcterms:W3CDTF">2026-09-03T01:59:00Z</dcterms:modified>
  <cp:category/>
</cp:coreProperties>
</file>